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042F7" w14:textId="0B7F1411" w:rsidR="00F87181" w:rsidRDefault="5AA8CA5B">
      <w:pPr>
        <w:pStyle w:val="Title"/>
      </w:pPr>
      <w:r>
        <w:t xml:space="preserve">Tudor Monarchs Transition Project </w:t>
      </w:r>
    </w:p>
    <w:p w14:paraId="1085E9AB" w14:textId="6AB2E650" w:rsidR="00F87181" w:rsidRDefault="5AA8CA5B">
      <w:pPr>
        <w:pStyle w:val="Title"/>
      </w:pPr>
      <w:r>
        <w:t>(Year 11 to Year 12)</w:t>
      </w:r>
    </w:p>
    <w:p w14:paraId="0BC9FAE4" w14:textId="77777777" w:rsidR="00F87181" w:rsidRDefault="0071050F">
      <w:pPr>
        <w:pStyle w:val="Heading1"/>
      </w:pPr>
      <w:r>
        <w:t>Project Overview</w:t>
      </w:r>
    </w:p>
    <w:p w14:paraId="7D199006" w14:textId="77777777" w:rsidR="00F87181" w:rsidRDefault="0071050F">
      <w:r>
        <w:t>This project is designed to prepare students for A Level History (Edexcel) by introducing key themes from the Tudor period, including monarchy, government, and religious change.</w:t>
      </w:r>
    </w:p>
    <w:p w14:paraId="1FECB45F" w14:textId="77777777" w:rsidR="00101FB2" w:rsidRDefault="006F592A">
      <w:pPr>
        <w:rPr>
          <w:b/>
          <w:bCs/>
          <w:i/>
          <w:iCs/>
        </w:rPr>
      </w:pPr>
      <w:r>
        <w:rPr>
          <w:b/>
          <w:bCs/>
          <w:i/>
          <w:iCs/>
        </w:rPr>
        <w:t>You should use</w:t>
      </w:r>
      <w:r w:rsidR="0016215A">
        <w:rPr>
          <w:b/>
          <w:bCs/>
          <w:i/>
          <w:iCs/>
        </w:rPr>
        <w:t xml:space="preserve"> Word or Power Point to</w:t>
      </w:r>
      <w:r w:rsidR="00101FB2">
        <w:rPr>
          <w:b/>
          <w:bCs/>
          <w:i/>
          <w:iCs/>
        </w:rPr>
        <w:t xml:space="preserve"> complete the project.</w:t>
      </w:r>
    </w:p>
    <w:p w14:paraId="65349CF8" w14:textId="24DB0F1E" w:rsidR="00162487" w:rsidRDefault="00162487">
      <w:pPr>
        <w:rPr>
          <w:b/>
          <w:bCs/>
          <w:i/>
          <w:iCs/>
        </w:rPr>
      </w:pPr>
      <w:r>
        <w:rPr>
          <w:b/>
          <w:bCs/>
          <w:i/>
          <w:iCs/>
        </w:rPr>
        <w:t>You need to include a FRONT COV</w:t>
      </w:r>
      <w:r w:rsidR="00135131">
        <w:rPr>
          <w:b/>
          <w:bCs/>
          <w:i/>
          <w:iCs/>
        </w:rPr>
        <w:t xml:space="preserve">ER PROJECT </w:t>
      </w:r>
      <w:r>
        <w:rPr>
          <w:b/>
          <w:bCs/>
          <w:i/>
          <w:iCs/>
        </w:rPr>
        <w:t xml:space="preserve">PAGE </w:t>
      </w:r>
      <w:r w:rsidR="00135131">
        <w:rPr>
          <w:b/>
          <w:bCs/>
          <w:i/>
          <w:iCs/>
        </w:rPr>
        <w:t>(with a relevant image)</w:t>
      </w:r>
      <w:r w:rsidR="00AD7617">
        <w:rPr>
          <w:b/>
          <w:bCs/>
          <w:i/>
          <w:iCs/>
        </w:rPr>
        <w:t xml:space="preserve"> and a CONTENTS page.</w:t>
      </w:r>
    </w:p>
    <w:p w14:paraId="40FC7892" w14:textId="0236E17F" w:rsidR="00230847" w:rsidRDefault="00230847">
      <w:pPr>
        <w:rPr>
          <w:b/>
          <w:bCs/>
          <w:i/>
          <w:iCs/>
        </w:rPr>
      </w:pPr>
      <w:r w:rsidRPr="00230847">
        <w:rPr>
          <w:b/>
          <w:bCs/>
          <w:i/>
          <w:iCs/>
        </w:rPr>
        <w:t>You should research and add relevant images to each section of the project.</w:t>
      </w:r>
      <w:r w:rsidR="00FA3B83">
        <w:rPr>
          <w:b/>
          <w:bCs/>
          <w:i/>
          <w:iCs/>
        </w:rPr>
        <w:t xml:space="preserve"> You should</w:t>
      </w:r>
      <w:r w:rsidR="00E50CA1">
        <w:rPr>
          <w:b/>
          <w:bCs/>
          <w:i/>
          <w:iCs/>
        </w:rPr>
        <w:t xml:space="preserve"> use your research to write responses which show your own understanding.</w:t>
      </w:r>
    </w:p>
    <w:p w14:paraId="4D363E79" w14:textId="70933C44" w:rsidR="00E50CA1" w:rsidRDefault="00E50CA1">
      <w:pPr>
        <w:rPr>
          <w:b/>
          <w:bCs/>
          <w:i/>
          <w:iCs/>
        </w:rPr>
      </w:pPr>
      <w:r>
        <w:rPr>
          <w:b/>
          <w:bCs/>
          <w:i/>
          <w:iCs/>
        </w:rPr>
        <w:t>Any project</w:t>
      </w:r>
      <w:r w:rsidR="003A787D">
        <w:rPr>
          <w:b/>
          <w:bCs/>
          <w:i/>
          <w:iCs/>
        </w:rPr>
        <w:t xml:space="preserve"> submitted which is generated by AI (Artificial Intelligence) will be marked as a FAIL, and non-completion of the project,</w:t>
      </w:r>
    </w:p>
    <w:p w14:paraId="7E9F5EAC" w14:textId="77777777" w:rsidR="00F87181" w:rsidRDefault="0071050F">
      <w:pPr>
        <w:pStyle w:val="Heading1"/>
      </w:pPr>
      <w:r>
        <w:t>Task 1: Tudor Timeline</w:t>
      </w:r>
    </w:p>
    <w:p w14:paraId="66E67ABC" w14:textId="77777777" w:rsidR="00F87181" w:rsidRDefault="0071050F">
      <w:r>
        <w:t>Create a detailed timeline of Tudor monarchs (1485–1603). Include:</w:t>
      </w:r>
    </w:p>
    <w:p w14:paraId="1D249BFA" w14:textId="77777777" w:rsidR="00F87181" w:rsidRDefault="0071050F">
      <w:r>
        <w:t>- Henry VII</w:t>
      </w:r>
      <w:r>
        <w:br/>
        <w:t>- Henry VIII</w:t>
      </w:r>
      <w:r>
        <w:br/>
        <w:t>- Edward VI</w:t>
      </w:r>
      <w:r>
        <w:br/>
        <w:t>- Mary I</w:t>
      </w:r>
      <w:r>
        <w:br/>
        <w:t>- Elizabeth I</w:t>
      </w:r>
    </w:p>
    <w:p w14:paraId="428607FB" w14:textId="77777777" w:rsidR="00F87181" w:rsidRDefault="0071050F">
      <w:r>
        <w:t>For each monarch, include dates of reign and 3–5 key events.</w:t>
      </w:r>
    </w:p>
    <w:p w14:paraId="0C391133" w14:textId="77777777" w:rsidR="00F87181" w:rsidRDefault="0071050F">
      <w:pPr>
        <w:pStyle w:val="Heading1"/>
      </w:pPr>
      <w:r>
        <w:t>Task 2: Personal and Political Qualities</w:t>
      </w:r>
    </w:p>
    <w:p w14:paraId="2F92CA4F" w14:textId="77777777" w:rsidR="00F87181" w:rsidRDefault="0071050F">
      <w:r>
        <w:t>Research each monarch and summarise:</w:t>
      </w:r>
    </w:p>
    <w:p w14:paraId="29DBB99F" w14:textId="6EB80FA7" w:rsidR="00F87181" w:rsidRDefault="001966C8" w:rsidP="001966C8">
      <w:pPr>
        <w:spacing w:after="0" w:line="240" w:lineRule="auto"/>
      </w:pPr>
      <w:r>
        <w:t xml:space="preserve">** </w:t>
      </w:r>
      <w:r w:rsidR="0071050F">
        <w:t xml:space="preserve">Personality </w:t>
      </w:r>
      <w:r w:rsidR="00711DDE">
        <w:t>and character (</w:t>
      </w:r>
      <w:r w:rsidR="00840D0B">
        <w:t>how did this play a part in how they ruled the country)</w:t>
      </w:r>
      <w:r w:rsidR="0071050F">
        <w:br/>
      </w:r>
      <w:r>
        <w:t xml:space="preserve">** Strengths and </w:t>
      </w:r>
      <w:r w:rsidR="00627CE9">
        <w:t>Weaknesses as a ruler and/or challenges</w:t>
      </w:r>
      <w:r w:rsidR="005F7483">
        <w:t xml:space="preserve"> faced by that monarch</w:t>
      </w:r>
      <w:r w:rsidR="0071050F">
        <w:br/>
        <w:t xml:space="preserve"> </w:t>
      </w:r>
      <w:r>
        <w:t xml:space="preserve">** </w:t>
      </w:r>
      <w:r w:rsidR="0071050F">
        <w:t xml:space="preserve">Key advisors and </w:t>
      </w:r>
      <w:r w:rsidR="00EC575A">
        <w:t>specific examples of how/why advisors helped the monarch to rule the country</w:t>
      </w:r>
    </w:p>
    <w:p w14:paraId="083855CC" w14:textId="77777777" w:rsidR="00F87181" w:rsidRDefault="0071050F">
      <w:pPr>
        <w:pStyle w:val="Heading1"/>
      </w:pPr>
      <w:r>
        <w:t>Task 3: Religious Changes</w:t>
      </w:r>
    </w:p>
    <w:p w14:paraId="2A97D553" w14:textId="46A7C14B" w:rsidR="00ED265A" w:rsidRDefault="0071050F" w:rsidP="00ED265A">
      <w:r>
        <w:t>Explain how each monarch contributed to the English Reformation, including:</w:t>
      </w:r>
    </w:p>
    <w:p w14:paraId="1DDFA2D4" w14:textId="1560B313" w:rsidR="00ED265A" w:rsidRDefault="00ED265A" w:rsidP="00101FB2">
      <w:pPr>
        <w:pStyle w:val="ListParagraph"/>
        <w:numPr>
          <w:ilvl w:val="0"/>
          <w:numId w:val="11"/>
        </w:numPr>
        <w:spacing w:after="0" w:line="240" w:lineRule="auto"/>
      </w:pPr>
      <w:r>
        <w:t>What changes were made to the Church?​</w:t>
      </w:r>
      <w:r w:rsidR="00907F32">
        <w:t xml:space="preserve"> (add dates/events)</w:t>
      </w:r>
    </w:p>
    <w:p w14:paraId="01363E3A" w14:textId="58DAF056" w:rsidR="00ED265A" w:rsidRDefault="00ED265A" w:rsidP="00101FB2">
      <w:pPr>
        <w:pStyle w:val="ListParagraph"/>
        <w:numPr>
          <w:ilvl w:val="0"/>
          <w:numId w:val="11"/>
        </w:numPr>
        <w:spacing w:after="0" w:line="240" w:lineRule="auto"/>
      </w:pPr>
      <w:r>
        <w:t>Key laws (</w:t>
      </w:r>
      <w:proofErr w:type="gramStart"/>
      <w:r>
        <w:t>e.g.</w:t>
      </w:r>
      <w:proofErr w:type="gramEnd"/>
      <w:r>
        <w:t xml:space="preserve"> Acts, Prayer Books)​</w:t>
      </w:r>
    </w:p>
    <w:p w14:paraId="5DFF66D8" w14:textId="638A9898" w:rsidR="00ED265A" w:rsidRDefault="00ED265A" w:rsidP="00101FB2">
      <w:pPr>
        <w:pStyle w:val="ListParagraph"/>
        <w:numPr>
          <w:ilvl w:val="0"/>
          <w:numId w:val="11"/>
        </w:numPr>
        <w:spacing w:after="0" w:line="240" w:lineRule="auto"/>
      </w:pPr>
      <w:r>
        <w:t xml:space="preserve">Catholic vs Protestant </w:t>
      </w:r>
      <w:r w:rsidR="00B31530">
        <w:t>ideas – try to explain</w:t>
      </w:r>
      <w:r w:rsidR="007871F6">
        <w:t xml:space="preserve"> the theology/background to the changes</w:t>
      </w:r>
    </w:p>
    <w:p w14:paraId="19BB29A5" w14:textId="659C8016" w:rsidR="00ED265A" w:rsidRDefault="00ED265A" w:rsidP="00101FB2">
      <w:pPr>
        <w:pStyle w:val="ListParagraph"/>
        <w:numPr>
          <w:ilvl w:val="0"/>
          <w:numId w:val="11"/>
        </w:numPr>
        <w:spacing w:after="0" w:line="240" w:lineRule="auto"/>
      </w:pPr>
      <w:r>
        <w:t>Explain WHY changes happened</w:t>
      </w:r>
      <w:r w:rsidR="007871F6">
        <w:t xml:space="preserve"> – (link to information about beliefs of Tudor monarchs</w:t>
      </w:r>
      <w:r w:rsidR="005F7483">
        <w:t xml:space="preserve"> and their key advisors)</w:t>
      </w:r>
    </w:p>
    <w:p w14:paraId="46A79E6B" w14:textId="77777777" w:rsidR="008D6F28" w:rsidRDefault="008D6F28">
      <w:r>
        <w:br w:type="page"/>
      </w:r>
    </w:p>
    <w:p w14:paraId="08D47F2E" w14:textId="21369966" w:rsidR="00476017" w:rsidRDefault="0071050F">
      <w:r>
        <w:lastRenderedPageBreak/>
        <w:t xml:space="preserve">- </w:t>
      </w:r>
    </w:p>
    <w:p w14:paraId="3E780D32" w14:textId="3B14FC1B" w:rsidR="009F65C9" w:rsidRPr="00230847" w:rsidRDefault="009F65C9">
      <w:pPr>
        <w:rPr>
          <w:b/>
          <w:bCs/>
          <w:color w:val="002060"/>
        </w:rPr>
      </w:pPr>
      <w:r w:rsidRPr="00230847">
        <w:rPr>
          <w:b/>
          <w:bCs/>
          <w:color w:val="002060"/>
        </w:rPr>
        <w:t>Task 4: Government</w:t>
      </w:r>
      <w:r w:rsidR="005C502D" w:rsidRPr="00230847">
        <w:rPr>
          <w:b/>
          <w:bCs/>
          <w:color w:val="002060"/>
        </w:rPr>
        <w:t xml:space="preserve"> in reign of Henry VIII</w:t>
      </w:r>
    </w:p>
    <w:p w14:paraId="2B261F84" w14:textId="65611B3E" w:rsidR="009F65C9" w:rsidRDefault="009F65C9">
      <w:r>
        <w:t xml:space="preserve">Research the meaning of these key words/events relating to </w:t>
      </w:r>
      <w:r w:rsidR="004E2215">
        <w:t>the government of Tudor England.</w:t>
      </w:r>
    </w:p>
    <w:p w14:paraId="2C236567" w14:textId="74227BC8" w:rsidR="00BA724F" w:rsidRDefault="00BA724F" w:rsidP="0028136E">
      <w:pPr>
        <w:pStyle w:val="ListParagraph"/>
        <w:numPr>
          <w:ilvl w:val="0"/>
          <w:numId w:val="12"/>
        </w:numPr>
      </w:pPr>
      <w:r>
        <w:t>Primo</w:t>
      </w:r>
      <w:r w:rsidR="00D72A3B">
        <w:t>geniture</w:t>
      </w:r>
    </w:p>
    <w:p w14:paraId="438CB3E5" w14:textId="28656066" w:rsidR="00D72A3B" w:rsidRDefault="00D72A3B" w:rsidP="0028136E">
      <w:pPr>
        <w:pStyle w:val="ListParagraph"/>
        <w:numPr>
          <w:ilvl w:val="0"/>
          <w:numId w:val="12"/>
        </w:numPr>
      </w:pPr>
      <w:r>
        <w:t>Politique</w:t>
      </w:r>
    </w:p>
    <w:p w14:paraId="5F26BE62" w14:textId="42B832A7" w:rsidR="00261084" w:rsidRDefault="00261084" w:rsidP="0028136E">
      <w:pPr>
        <w:pStyle w:val="ListParagraph"/>
        <w:numPr>
          <w:ilvl w:val="0"/>
          <w:numId w:val="12"/>
        </w:numPr>
      </w:pPr>
      <w:r>
        <w:t>Dry Stamp</w:t>
      </w:r>
    </w:p>
    <w:p w14:paraId="2E23407F" w14:textId="005085A3" w:rsidR="004E2215" w:rsidRDefault="004E2215" w:rsidP="0028136E">
      <w:pPr>
        <w:pStyle w:val="ListParagraph"/>
        <w:numPr>
          <w:ilvl w:val="0"/>
          <w:numId w:val="12"/>
        </w:numPr>
      </w:pPr>
      <w:r>
        <w:t>King and P</w:t>
      </w:r>
      <w:r w:rsidR="00AB6BCE">
        <w:t>arliament to the King-in-Parliament</w:t>
      </w:r>
    </w:p>
    <w:p w14:paraId="128224E6" w14:textId="49B512F1" w:rsidR="00AB6BCE" w:rsidRDefault="00AB6BCE" w:rsidP="0028136E">
      <w:pPr>
        <w:pStyle w:val="ListParagraph"/>
        <w:numPr>
          <w:ilvl w:val="0"/>
          <w:numId w:val="12"/>
        </w:numPr>
      </w:pPr>
      <w:r>
        <w:t>Court of Star Chamber</w:t>
      </w:r>
    </w:p>
    <w:p w14:paraId="24234AF7" w14:textId="21F3B379" w:rsidR="005C502D" w:rsidRDefault="00BA0180" w:rsidP="0028136E">
      <w:pPr>
        <w:pStyle w:val="ListParagraph"/>
        <w:numPr>
          <w:ilvl w:val="0"/>
          <w:numId w:val="12"/>
        </w:numPr>
      </w:pPr>
      <w:r>
        <w:t>Enclosures</w:t>
      </w:r>
    </w:p>
    <w:p w14:paraId="2D9D8FC2" w14:textId="0BF53849" w:rsidR="00BA0180" w:rsidRDefault="00BA0180" w:rsidP="0028136E">
      <w:pPr>
        <w:pStyle w:val="ListParagraph"/>
        <w:numPr>
          <w:ilvl w:val="0"/>
          <w:numId w:val="12"/>
        </w:numPr>
      </w:pPr>
      <w:r>
        <w:t xml:space="preserve">Court of </w:t>
      </w:r>
      <w:r w:rsidR="00230847">
        <w:t>Augmentations</w:t>
      </w:r>
    </w:p>
    <w:p w14:paraId="0122C479" w14:textId="7EEA0E40" w:rsidR="00BA0180" w:rsidRDefault="00BA0180" w:rsidP="0028136E">
      <w:pPr>
        <w:pStyle w:val="ListParagraph"/>
        <w:numPr>
          <w:ilvl w:val="0"/>
          <w:numId w:val="12"/>
        </w:numPr>
      </w:pPr>
      <w:r>
        <w:t>Act of Union with Wales 1536</w:t>
      </w:r>
    </w:p>
    <w:p w14:paraId="457DC575" w14:textId="15BB834D" w:rsidR="00261084" w:rsidRDefault="00261084" w:rsidP="0028136E">
      <w:pPr>
        <w:pStyle w:val="ListParagraph"/>
        <w:numPr>
          <w:ilvl w:val="0"/>
          <w:numId w:val="12"/>
        </w:numPr>
      </w:pPr>
      <w:r>
        <w:t>Anticlericalism</w:t>
      </w:r>
    </w:p>
    <w:p w14:paraId="528F82B7" w14:textId="1B2AA91A" w:rsidR="00774C0D" w:rsidRDefault="00774C0D" w:rsidP="0028136E">
      <w:pPr>
        <w:pStyle w:val="ListParagraph"/>
        <w:numPr>
          <w:ilvl w:val="0"/>
          <w:numId w:val="12"/>
        </w:numPr>
      </w:pPr>
      <w:r>
        <w:t>Praemunire</w:t>
      </w:r>
    </w:p>
    <w:p w14:paraId="2E91D1FA" w14:textId="558F5BE5" w:rsidR="00C44769" w:rsidRDefault="00C44769" w:rsidP="0028136E">
      <w:pPr>
        <w:pStyle w:val="ListParagraph"/>
        <w:numPr>
          <w:ilvl w:val="0"/>
          <w:numId w:val="12"/>
        </w:numPr>
      </w:pPr>
      <w:r>
        <w:t>Liturgy</w:t>
      </w:r>
    </w:p>
    <w:p w14:paraId="66723E01" w14:textId="34EE5036" w:rsidR="00C44769" w:rsidRDefault="00C44769" w:rsidP="0028136E">
      <w:pPr>
        <w:pStyle w:val="ListParagraph"/>
        <w:numPr>
          <w:ilvl w:val="0"/>
          <w:numId w:val="12"/>
        </w:numPr>
      </w:pPr>
      <w:r>
        <w:t>Religious Doctrine</w:t>
      </w:r>
    </w:p>
    <w:p w14:paraId="704062BB" w14:textId="3938B541" w:rsidR="00CD4C99" w:rsidRDefault="00CD4C99" w:rsidP="0028136E">
      <w:pPr>
        <w:pStyle w:val="ListParagraph"/>
        <w:numPr>
          <w:ilvl w:val="0"/>
          <w:numId w:val="12"/>
        </w:numPr>
      </w:pPr>
      <w:r>
        <w:t>Erastian Kingship</w:t>
      </w:r>
    </w:p>
    <w:p w14:paraId="19263203" w14:textId="53136535" w:rsidR="00CD4C99" w:rsidRDefault="00CD4C99" w:rsidP="0028136E">
      <w:pPr>
        <w:pStyle w:val="ListParagraph"/>
        <w:numPr>
          <w:ilvl w:val="0"/>
          <w:numId w:val="12"/>
        </w:numPr>
      </w:pPr>
      <w:r>
        <w:t>Convocation</w:t>
      </w:r>
    </w:p>
    <w:p w14:paraId="6D8B76F4" w14:textId="0C4073E6" w:rsidR="00CB5CE0" w:rsidRDefault="00CB5CE0" w:rsidP="0028136E">
      <w:pPr>
        <w:pStyle w:val="ListParagraph"/>
        <w:numPr>
          <w:ilvl w:val="0"/>
          <w:numId w:val="12"/>
        </w:numPr>
      </w:pPr>
      <w:r>
        <w:t>Excommunication</w:t>
      </w:r>
    </w:p>
    <w:p w14:paraId="7EA35117" w14:textId="3EF31466" w:rsidR="00CB5CE0" w:rsidRDefault="00CB5CE0" w:rsidP="0028136E">
      <w:pPr>
        <w:pStyle w:val="ListParagraph"/>
        <w:numPr>
          <w:ilvl w:val="0"/>
          <w:numId w:val="12"/>
        </w:numPr>
      </w:pPr>
      <w:r>
        <w:t>Transubstantiation</w:t>
      </w:r>
    </w:p>
    <w:p w14:paraId="6E3AC612" w14:textId="1EAD169F" w:rsidR="00CB5CE0" w:rsidRDefault="0028136E" w:rsidP="0028136E">
      <w:pPr>
        <w:pStyle w:val="ListParagraph"/>
        <w:numPr>
          <w:ilvl w:val="0"/>
          <w:numId w:val="12"/>
        </w:numPr>
      </w:pPr>
      <w:r>
        <w:t>Chantry Chapel</w:t>
      </w:r>
    </w:p>
    <w:p w14:paraId="43EB32BA" w14:textId="05114764" w:rsidR="000D1367" w:rsidRDefault="000D1367" w:rsidP="0028136E">
      <w:pPr>
        <w:pStyle w:val="ListParagraph"/>
        <w:numPr>
          <w:ilvl w:val="0"/>
          <w:numId w:val="12"/>
        </w:numPr>
      </w:pPr>
      <w:r>
        <w:t>Book of Common Prayer (Church of England)</w:t>
      </w:r>
    </w:p>
    <w:p w14:paraId="089D371D" w14:textId="77777777" w:rsidR="00F87181" w:rsidRDefault="0071050F">
      <w:pPr>
        <w:pStyle w:val="Heading1"/>
      </w:pPr>
      <w:r>
        <w:t>Final Outcome</w:t>
      </w:r>
    </w:p>
    <w:p w14:paraId="377529D9" w14:textId="54AE5874" w:rsidR="00F87181" w:rsidRDefault="000F5A72">
      <w:r>
        <w:t>You</w:t>
      </w:r>
      <w:r w:rsidR="0071050F">
        <w:t xml:space="preserve"> should present </w:t>
      </w:r>
      <w:r w:rsidR="0061509D">
        <w:t>your</w:t>
      </w:r>
      <w:r w:rsidR="00F32954">
        <w:t xml:space="preserve"> </w:t>
      </w:r>
      <w:r w:rsidR="0071050F">
        <w:t>work as either a booklet or presentation, demonstrating</w:t>
      </w:r>
      <w:r w:rsidR="00FA3B83">
        <w:t xml:space="preserve"> </w:t>
      </w:r>
      <w:r w:rsidR="000D1367">
        <w:t>research</w:t>
      </w:r>
      <w:r w:rsidR="0071050F">
        <w:t xml:space="preserve"> clear understanding and </w:t>
      </w:r>
      <w:r w:rsidR="00F32954">
        <w:t>organisation</w:t>
      </w:r>
      <w:r w:rsidR="0071050F">
        <w:t>.</w:t>
      </w:r>
    </w:p>
    <w:p w14:paraId="1B0A7FAA" w14:textId="77777777" w:rsidR="004518A9" w:rsidRDefault="00730EDD">
      <w:r>
        <w:t xml:space="preserve">Your project will be </w:t>
      </w:r>
      <w:r w:rsidR="001C4564">
        <w:t>marked o</w:t>
      </w:r>
      <w:r w:rsidR="004518A9">
        <w:t>n:</w:t>
      </w:r>
    </w:p>
    <w:p w14:paraId="774DAB9E" w14:textId="56204469" w:rsidR="004518A9" w:rsidRPr="008D6F28" w:rsidRDefault="001C4564" w:rsidP="004518A9">
      <w:pPr>
        <w:pStyle w:val="ListParagraph"/>
        <w:numPr>
          <w:ilvl w:val="0"/>
          <w:numId w:val="14"/>
        </w:numPr>
        <w:rPr>
          <w:b/>
          <w:bCs/>
          <w:u w:val="single"/>
        </w:rPr>
      </w:pPr>
      <w:r w:rsidRPr="008D6F28">
        <w:rPr>
          <w:b/>
          <w:bCs/>
          <w:u w:val="single"/>
        </w:rPr>
        <w:t xml:space="preserve"> EFFORT</w:t>
      </w:r>
      <w:r w:rsidR="008D6F28" w:rsidRPr="008D6F28">
        <w:rPr>
          <w:b/>
          <w:bCs/>
          <w:u w:val="single"/>
        </w:rPr>
        <w:t xml:space="preserve"> </w:t>
      </w:r>
      <w:r w:rsidR="004518A9" w:rsidRPr="008D6F28">
        <w:rPr>
          <w:b/>
          <w:bCs/>
          <w:u w:val="single"/>
        </w:rPr>
        <w:t xml:space="preserve"> 2) </w:t>
      </w:r>
      <w:r w:rsidR="00C44005" w:rsidRPr="008D6F28">
        <w:rPr>
          <w:b/>
          <w:bCs/>
          <w:u w:val="single"/>
        </w:rPr>
        <w:t>PRESENTATION</w:t>
      </w:r>
      <w:r w:rsidR="008D6F28" w:rsidRPr="008D6F28">
        <w:rPr>
          <w:b/>
          <w:bCs/>
          <w:u w:val="single"/>
        </w:rPr>
        <w:t xml:space="preserve"> </w:t>
      </w:r>
      <w:r w:rsidR="004518A9" w:rsidRPr="008D6F28">
        <w:rPr>
          <w:b/>
          <w:bCs/>
          <w:u w:val="single"/>
        </w:rPr>
        <w:t xml:space="preserve">3) </w:t>
      </w:r>
      <w:r w:rsidR="00C44005" w:rsidRPr="008D6F28">
        <w:rPr>
          <w:b/>
          <w:bCs/>
          <w:u w:val="single"/>
        </w:rPr>
        <w:t>QUALITY OF RESEARCH AND CONTENT</w:t>
      </w:r>
      <w:r w:rsidR="007D579C" w:rsidRPr="008D6F28">
        <w:rPr>
          <w:b/>
          <w:bCs/>
          <w:u w:val="single"/>
        </w:rPr>
        <w:t>.</w:t>
      </w:r>
      <w:r w:rsidR="00FC411D" w:rsidRPr="008D6F28">
        <w:rPr>
          <w:b/>
          <w:bCs/>
          <w:u w:val="single"/>
        </w:rPr>
        <w:t xml:space="preserve"> </w:t>
      </w:r>
    </w:p>
    <w:p w14:paraId="02CDC046" w14:textId="01DC30ED" w:rsidR="00730EDD" w:rsidRDefault="00FC411D" w:rsidP="004518A9">
      <w:r>
        <w:t>All three of these things must be of the highest quality.</w:t>
      </w:r>
    </w:p>
    <w:p w14:paraId="68CD72CD" w14:textId="1B69EC81" w:rsidR="00F32954" w:rsidRDefault="00F32954">
      <w:r>
        <w:t>You need to submit a hard copy print-out of your project</w:t>
      </w:r>
      <w:r w:rsidR="00180923">
        <w:t xml:space="preserve"> by </w:t>
      </w:r>
      <w:r w:rsidR="00D86D61">
        <w:t>Monday 7</w:t>
      </w:r>
      <w:r w:rsidR="00D86D61" w:rsidRPr="00D86D61">
        <w:rPr>
          <w:vertAlign w:val="superscript"/>
        </w:rPr>
        <w:t>th</w:t>
      </w:r>
      <w:r w:rsidR="00D86D61">
        <w:t xml:space="preserve"> S</w:t>
      </w:r>
      <w:r w:rsidR="00013FE2">
        <w:t>eptember.</w:t>
      </w:r>
    </w:p>
    <w:p w14:paraId="6BB8F962" w14:textId="5B064B82" w:rsidR="00F4703E" w:rsidRPr="00476017" w:rsidRDefault="00F4703E" w:rsidP="009005C6">
      <w:pPr>
        <w:spacing w:after="0" w:line="240" w:lineRule="auto"/>
        <w:rPr>
          <w:b/>
          <w:bCs/>
          <w:color w:val="002060"/>
        </w:rPr>
      </w:pPr>
      <w:r w:rsidRPr="00476017">
        <w:rPr>
          <w:b/>
          <w:bCs/>
          <w:color w:val="002060"/>
        </w:rPr>
        <w:t>RESOURCES</w:t>
      </w:r>
    </w:p>
    <w:p w14:paraId="59792B45" w14:textId="00164F79" w:rsidR="00F4703E" w:rsidRDefault="00F4703E" w:rsidP="009005C6">
      <w:pPr>
        <w:spacing w:after="0" w:line="240" w:lineRule="auto"/>
      </w:pPr>
      <w:r>
        <w:t xml:space="preserve">You </w:t>
      </w:r>
      <w:r w:rsidR="00FD562B">
        <w:t>can use the PDF chapters from the Edexcel course textbook</w:t>
      </w:r>
      <w:r w:rsidR="00D11645">
        <w:t>, which can be found on the school web-site, in the Yr12 Bridging work section.</w:t>
      </w:r>
    </w:p>
    <w:p w14:paraId="5A4C3A50" w14:textId="77777777" w:rsidR="009005C6" w:rsidRDefault="009005C6" w:rsidP="009005C6">
      <w:pPr>
        <w:spacing w:after="0" w:line="240" w:lineRule="auto"/>
      </w:pPr>
    </w:p>
    <w:p w14:paraId="7EEE71C9" w14:textId="77777777" w:rsidR="00476017" w:rsidRDefault="00476017" w:rsidP="009005C6">
      <w:pPr>
        <w:spacing w:after="0" w:line="240" w:lineRule="auto"/>
        <w:rPr>
          <w:b/>
          <w:bCs/>
          <w:color w:val="002060"/>
        </w:rPr>
      </w:pPr>
    </w:p>
    <w:p w14:paraId="0469B4A1" w14:textId="660C3F8A" w:rsidR="00D11645" w:rsidRPr="00476017" w:rsidRDefault="009005C6" w:rsidP="009005C6">
      <w:pPr>
        <w:spacing w:after="0" w:line="240" w:lineRule="auto"/>
        <w:rPr>
          <w:b/>
          <w:bCs/>
          <w:color w:val="002060"/>
        </w:rPr>
      </w:pPr>
      <w:r w:rsidRPr="00476017">
        <w:rPr>
          <w:b/>
          <w:bCs/>
          <w:color w:val="002060"/>
        </w:rPr>
        <w:t>USEFUL WEBSITES</w:t>
      </w:r>
    </w:p>
    <w:p w14:paraId="17AD002F" w14:textId="41E654A1" w:rsidR="009005C6" w:rsidRDefault="009005C6" w:rsidP="009005C6">
      <w:pPr>
        <w:spacing w:after="0" w:line="240" w:lineRule="auto"/>
      </w:pPr>
      <w:hyperlink r:id="rId6" w:history="1">
        <w:r w:rsidRPr="00A80C4B">
          <w:rPr>
            <w:rStyle w:val="Hyperlink"/>
          </w:rPr>
          <w:t>https://senecalearning.com/en-GB/revision-notes/a-level/history/edexcel</w:t>
        </w:r>
      </w:hyperlink>
    </w:p>
    <w:p w14:paraId="16A30FE9" w14:textId="77777777" w:rsidR="00476017" w:rsidRDefault="00476017" w:rsidP="009005C6">
      <w:pPr>
        <w:spacing w:after="0" w:line="240" w:lineRule="auto"/>
      </w:pPr>
    </w:p>
    <w:p w14:paraId="06C0D497" w14:textId="126136EB" w:rsidR="009005C6" w:rsidRDefault="000718B1" w:rsidP="009005C6">
      <w:pPr>
        <w:spacing w:after="0" w:line="240" w:lineRule="auto"/>
      </w:pPr>
      <w:hyperlink r:id="rId7" w:history="1">
        <w:r w:rsidRPr="00A80C4B">
          <w:rPr>
            <w:rStyle w:val="Hyperlink"/>
          </w:rPr>
          <w:t>https://www.bbc.co.uk/bitesize/articles/z7fkjfr#z29y46f</w:t>
        </w:r>
      </w:hyperlink>
    </w:p>
    <w:p w14:paraId="6A32D2A8" w14:textId="77777777" w:rsidR="00476017" w:rsidRDefault="00476017" w:rsidP="009005C6">
      <w:pPr>
        <w:spacing w:after="0" w:line="240" w:lineRule="auto"/>
      </w:pPr>
    </w:p>
    <w:p w14:paraId="445C0F18" w14:textId="56A0BC8D" w:rsidR="000718B1" w:rsidRDefault="00476017" w:rsidP="009005C6">
      <w:pPr>
        <w:spacing w:after="0" w:line="240" w:lineRule="auto"/>
      </w:pPr>
      <w:hyperlink r:id="rId8" w:history="1">
        <w:r w:rsidRPr="00A80C4B">
          <w:rPr>
            <w:rStyle w:val="Hyperlink"/>
          </w:rPr>
          <w:t>https://www.historyhit.com/monarchs-of-the-tudor-dynasty-in-order/</w:t>
        </w:r>
      </w:hyperlink>
    </w:p>
    <w:p w14:paraId="4BAFB666" w14:textId="77777777" w:rsidR="00476017" w:rsidRDefault="00476017" w:rsidP="009005C6">
      <w:pPr>
        <w:spacing w:after="0" w:line="240" w:lineRule="auto"/>
      </w:pPr>
    </w:p>
    <w:p w14:paraId="2A0A3BD1" w14:textId="77777777" w:rsidR="009005C6" w:rsidRDefault="009005C6" w:rsidP="009005C6">
      <w:pPr>
        <w:spacing w:after="0" w:line="240" w:lineRule="auto"/>
      </w:pPr>
    </w:p>
    <w:sectPr w:rsidR="009005C6" w:rsidSect="0047601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EDA70A3"/>
    <w:multiLevelType w:val="hybridMultilevel"/>
    <w:tmpl w:val="BDCEFAF6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  <w:sz w:val="4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7303E8A"/>
    <w:multiLevelType w:val="hybridMultilevel"/>
    <w:tmpl w:val="C66CA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6D2FEC"/>
    <w:multiLevelType w:val="hybridMultilevel"/>
    <w:tmpl w:val="3A0E7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BC0581"/>
    <w:multiLevelType w:val="hybridMultilevel"/>
    <w:tmpl w:val="63147422"/>
    <w:lvl w:ilvl="0" w:tplc="EB407B5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696ADC"/>
    <w:multiLevelType w:val="hybridMultilevel"/>
    <w:tmpl w:val="75F0D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2D0D0E"/>
    <w:multiLevelType w:val="hybridMultilevel"/>
    <w:tmpl w:val="F40405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10"/>
  </w:num>
  <w:num w:numId="12">
    <w:abstractNumId w:val="1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3FE2"/>
    <w:rsid w:val="00034616"/>
    <w:rsid w:val="0006063C"/>
    <w:rsid w:val="000718B1"/>
    <w:rsid w:val="000D1367"/>
    <w:rsid w:val="000F5A72"/>
    <w:rsid w:val="00101FB2"/>
    <w:rsid w:val="001109D7"/>
    <w:rsid w:val="00135131"/>
    <w:rsid w:val="0015074B"/>
    <w:rsid w:val="0016215A"/>
    <w:rsid w:val="00162487"/>
    <w:rsid w:val="00180923"/>
    <w:rsid w:val="001966C8"/>
    <w:rsid w:val="001C4564"/>
    <w:rsid w:val="00230847"/>
    <w:rsid w:val="00261084"/>
    <w:rsid w:val="0028136E"/>
    <w:rsid w:val="0029639D"/>
    <w:rsid w:val="00326F90"/>
    <w:rsid w:val="003A787D"/>
    <w:rsid w:val="004518A9"/>
    <w:rsid w:val="00476017"/>
    <w:rsid w:val="004E2215"/>
    <w:rsid w:val="00527D69"/>
    <w:rsid w:val="005C502D"/>
    <w:rsid w:val="005F7483"/>
    <w:rsid w:val="0061509D"/>
    <w:rsid w:val="00627CE9"/>
    <w:rsid w:val="006F592A"/>
    <w:rsid w:val="0071050F"/>
    <w:rsid w:val="00711DDE"/>
    <w:rsid w:val="00730EDD"/>
    <w:rsid w:val="00774C0D"/>
    <w:rsid w:val="007871F6"/>
    <w:rsid w:val="007D579C"/>
    <w:rsid w:val="00840D0B"/>
    <w:rsid w:val="00847F0E"/>
    <w:rsid w:val="008D6F28"/>
    <w:rsid w:val="009005C6"/>
    <w:rsid w:val="00907F32"/>
    <w:rsid w:val="009F65C9"/>
    <w:rsid w:val="00AA1D8D"/>
    <w:rsid w:val="00AB6BCE"/>
    <w:rsid w:val="00AD7617"/>
    <w:rsid w:val="00B31530"/>
    <w:rsid w:val="00B47730"/>
    <w:rsid w:val="00BA0180"/>
    <w:rsid w:val="00BA724F"/>
    <w:rsid w:val="00C44005"/>
    <w:rsid w:val="00C44769"/>
    <w:rsid w:val="00CB0664"/>
    <w:rsid w:val="00CB5CE0"/>
    <w:rsid w:val="00CD4C99"/>
    <w:rsid w:val="00D11645"/>
    <w:rsid w:val="00D72A3B"/>
    <w:rsid w:val="00D86D61"/>
    <w:rsid w:val="00E50CA1"/>
    <w:rsid w:val="00EC575A"/>
    <w:rsid w:val="00ED0FF5"/>
    <w:rsid w:val="00ED265A"/>
    <w:rsid w:val="00F32954"/>
    <w:rsid w:val="00F4703E"/>
    <w:rsid w:val="00F649CD"/>
    <w:rsid w:val="00F87181"/>
    <w:rsid w:val="00FA3B83"/>
    <w:rsid w:val="00FC411D"/>
    <w:rsid w:val="00FC693F"/>
    <w:rsid w:val="00FD562B"/>
    <w:rsid w:val="5AA8C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4DC802DA-2EA4-493A-B5BF-C56618B39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9005C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05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1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istoryhit.com/monarchs-of-the-tudor-dynasty-in-order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bbc.co.uk/bitesize/articles/z7fkjfr#z29y46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enecalearning.com/en-GB/revision-notes/a-level/history/edexce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463</Words>
  <Characters>2640</Characters>
  <Application>Microsoft Office Word</Application>
  <DocSecurity>0</DocSecurity>
  <Lines>22</Lines>
  <Paragraphs>6</Paragraphs>
  <ScaleCrop>false</ScaleCrop>
  <Manager/>
  <Company/>
  <LinksUpToDate>false</LinksUpToDate>
  <CharactersWithSpaces>3097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Smith</dc:creator>
  <cp:keywords/>
  <dc:description>generated by python-docx</dc:description>
  <cp:lastModifiedBy>B Smith</cp:lastModifiedBy>
  <cp:revision>45</cp:revision>
  <cp:lastPrinted>2026-06-25T09:00:00Z</cp:lastPrinted>
  <dcterms:created xsi:type="dcterms:W3CDTF">2026-06-24T20:52:00Z</dcterms:created>
  <dcterms:modified xsi:type="dcterms:W3CDTF">2026-06-25T10:12:00Z</dcterms:modified>
  <cp:category/>
</cp:coreProperties>
</file>